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BEC0" w14:textId="77777777" w:rsidR="007733E1" w:rsidRDefault="00000000">
      <w:pPr>
        <w:spacing w:after="20"/>
        <w:jc w:val="center"/>
        <w:rPr>
          <w:rFonts w:hint="eastAsia"/>
        </w:rPr>
      </w:pPr>
      <w:r>
        <w:rPr>
          <w:b/>
          <w:color w:val="1F4E79"/>
          <w:sz w:val="36"/>
        </w:rPr>
        <w:t>HIMANSHU KUMAR ROUT</w:t>
      </w:r>
    </w:p>
    <w:p w14:paraId="1116A990" w14:textId="77777777" w:rsidR="007733E1" w:rsidRDefault="00000000">
      <w:pPr>
        <w:spacing w:after="60"/>
        <w:jc w:val="center"/>
        <w:rPr>
          <w:rFonts w:hint="eastAsia"/>
        </w:rPr>
      </w:pPr>
      <w:r>
        <w:rPr>
          <w:b/>
        </w:rPr>
        <w:t>Cybersecurity Intern | B.Tech Computer Science Engineering</w:t>
      </w:r>
    </w:p>
    <w:p w14:paraId="2D73BCAD" w14:textId="77777777" w:rsidR="007733E1" w:rsidRDefault="00000000">
      <w:pPr>
        <w:spacing w:after="100"/>
        <w:jc w:val="center"/>
      </w:pPr>
      <w:proofErr w:type="gramStart"/>
      <w:r>
        <w:t>himanshuku.rout@gmail.com  |</w:t>
      </w:r>
      <w:proofErr w:type="gramEnd"/>
      <w:r>
        <w:t xml:space="preserve">  +91 </w:t>
      </w:r>
      <w:proofErr w:type="gramStart"/>
      <w:r>
        <w:t>8260861785  |</w:t>
      </w:r>
      <w:proofErr w:type="gramEnd"/>
      <w:r>
        <w:t xml:space="preserve">  Cuttack, </w:t>
      </w:r>
      <w:proofErr w:type="gramStart"/>
      <w:r>
        <w:t>Odisha  |</w:t>
      </w:r>
      <w:proofErr w:type="gramEnd"/>
      <w:r>
        <w:t xml:space="preserve">  </w:t>
      </w:r>
      <w:hyperlink r:id="rId6">
        <w:r>
          <w:rPr>
            <w:color w:val="1F4E79"/>
            <w:u w:val="single"/>
          </w:rPr>
          <w:t>GitHub</w:t>
        </w:r>
      </w:hyperlink>
      <w:r>
        <w:t xml:space="preserve">  |  </w:t>
      </w:r>
      <w:hyperlink r:id="rId7">
        <w:r>
          <w:rPr>
            <w:color w:val="1F4E79"/>
            <w:u w:val="single"/>
          </w:rPr>
          <w:t>LinkedIn</w:t>
        </w:r>
      </w:hyperlink>
    </w:p>
    <w:p w14:paraId="3546C7CA" w14:textId="77777777" w:rsidR="0083393E" w:rsidRDefault="0083393E">
      <w:pPr>
        <w:spacing w:after="100"/>
        <w:jc w:val="center"/>
        <w:rPr>
          <w:rFonts w:hint="eastAsia"/>
        </w:rPr>
      </w:pPr>
    </w:p>
    <w:p w14:paraId="4C19F7A3" w14:textId="77777777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PROFESSIONAL SUMMARY</w:t>
      </w:r>
    </w:p>
    <w:p w14:paraId="1B3E0A4C" w14:textId="77777777" w:rsidR="007733E1" w:rsidRDefault="00000000">
      <w:r>
        <w:t>Computer Science Engineering student with an 8.6/10 CGPA and a growing focus on cybersecurity, network security, and secure software development. Hands-on experience building Python-based security projects including a TCP port scanner, WiFi monitoring/radar tool, and password-strength checker. Strong foundation in programming, networking concepts, Git/GitHub, databases, and web technologies, with an interest in security analysis and practical defensive security tools.</w:t>
      </w:r>
    </w:p>
    <w:p w14:paraId="0335C401" w14:textId="77777777" w:rsidR="0083393E" w:rsidRDefault="0083393E">
      <w:pPr>
        <w:rPr>
          <w:rFonts w:hint="eastAsia"/>
        </w:rPr>
      </w:pPr>
    </w:p>
    <w:p w14:paraId="361DD688" w14:textId="77777777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CYBERSECURITY &amp; TECHNICAL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496"/>
      </w:tblGrid>
      <w:tr w:rsidR="007733E1" w14:paraId="42A428B8" w14:textId="77777777">
        <w:trPr>
          <w:jc w:val="center"/>
        </w:trPr>
        <w:tc>
          <w:tcPr>
            <w:tcW w:w="2232" w:type="dxa"/>
            <w:shd w:val="clear" w:color="auto" w:fill="EAF2F8"/>
            <w:vAlign w:val="center"/>
          </w:tcPr>
          <w:p w14:paraId="31BBFFD7" w14:textId="77777777" w:rsidR="007733E1" w:rsidRDefault="00000000">
            <w:pPr>
              <w:spacing w:after="0"/>
              <w:rPr>
                <w:rFonts w:hint="eastAsia"/>
              </w:rPr>
            </w:pPr>
            <w:r>
              <w:t>Security</w:t>
            </w:r>
          </w:p>
        </w:tc>
        <w:tc>
          <w:tcPr>
            <w:tcW w:w="8496" w:type="dxa"/>
            <w:vAlign w:val="center"/>
          </w:tcPr>
          <w:p w14:paraId="1452AC2E" w14:textId="77777777" w:rsidR="007733E1" w:rsidRDefault="00000000">
            <w:pPr>
              <w:rPr>
                <w:rFonts w:hint="eastAsia"/>
              </w:rPr>
            </w:pPr>
            <w:r>
              <w:t>Network Security Fundamentals, TCP Port Scanning, WiFi Monitoring, Password Security, Secure Authentication Concepts</w:t>
            </w:r>
          </w:p>
        </w:tc>
      </w:tr>
      <w:tr w:rsidR="007733E1" w14:paraId="3E64F819" w14:textId="77777777">
        <w:trPr>
          <w:jc w:val="center"/>
        </w:trPr>
        <w:tc>
          <w:tcPr>
            <w:tcW w:w="2232" w:type="dxa"/>
            <w:shd w:val="clear" w:color="auto" w:fill="EAF2F8"/>
            <w:vAlign w:val="center"/>
          </w:tcPr>
          <w:p w14:paraId="2EBAE3AD" w14:textId="77777777" w:rsidR="007733E1" w:rsidRDefault="00000000">
            <w:pPr>
              <w:spacing w:after="0"/>
              <w:rPr>
                <w:rFonts w:hint="eastAsia"/>
              </w:rPr>
            </w:pPr>
            <w:r>
              <w:t>Programming</w:t>
            </w:r>
          </w:p>
        </w:tc>
        <w:tc>
          <w:tcPr>
            <w:tcW w:w="8496" w:type="dxa"/>
            <w:vAlign w:val="center"/>
          </w:tcPr>
          <w:p w14:paraId="52BD2C9A" w14:textId="77777777" w:rsidR="007733E1" w:rsidRDefault="00000000">
            <w:pPr>
              <w:spacing w:after="0"/>
              <w:rPr>
                <w:rFonts w:hint="eastAsia"/>
              </w:rPr>
            </w:pPr>
            <w:r>
              <w:t>Python, C, C++, Java, JavaScript, SQL</w:t>
            </w:r>
          </w:p>
        </w:tc>
      </w:tr>
      <w:tr w:rsidR="007733E1" w14:paraId="7765AB40" w14:textId="77777777">
        <w:trPr>
          <w:jc w:val="center"/>
        </w:trPr>
        <w:tc>
          <w:tcPr>
            <w:tcW w:w="2232" w:type="dxa"/>
            <w:shd w:val="clear" w:color="auto" w:fill="EAF2F8"/>
            <w:vAlign w:val="center"/>
          </w:tcPr>
          <w:p w14:paraId="428E9CFE" w14:textId="77777777" w:rsidR="007733E1" w:rsidRDefault="00000000">
            <w:pPr>
              <w:spacing w:after="0"/>
              <w:rPr>
                <w:rFonts w:hint="eastAsia"/>
              </w:rPr>
            </w:pPr>
            <w:r>
              <w:t>Web &amp; Backend</w:t>
            </w:r>
          </w:p>
        </w:tc>
        <w:tc>
          <w:tcPr>
            <w:tcW w:w="8496" w:type="dxa"/>
            <w:vAlign w:val="center"/>
          </w:tcPr>
          <w:p w14:paraId="742981CE" w14:textId="77777777" w:rsidR="007733E1" w:rsidRDefault="00000000">
            <w:pPr>
              <w:spacing w:after="0"/>
              <w:rPr>
                <w:rFonts w:hint="eastAsia"/>
              </w:rPr>
            </w:pPr>
            <w:r>
              <w:t>HTML, Django, Node.js, REST APIs</w:t>
            </w:r>
          </w:p>
        </w:tc>
      </w:tr>
      <w:tr w:rsidR="007733E1" w14:paraId="25D2D424" w14:textId="77777777">
        <w:trPr>
          <w:jc w:val="center"/>
        </w:trPr>
        <w:tc>
          <w:tcPr>
            <w:tcW w:w="2232" w:type="dxa"/>
            <w:shd w:val="clear" w:color="auto" w:fill="EAF2F8"/>
            <w:vAlign w:val="center"/>
          </w:tcPr>
          <w:p w14:paraId="479D1DF0" w14:textId="176C2685" w:rsidR="0083393E" w:rsidRDefault="00000000">
            <w:pPr>
              <w:spacing w:after="0"/>
            </w:pPr>
            <w:r>
              <w:t xml:space="preserve">Databases </w:t>
            </w:r>
          </w:p>
          <w:p w14:paraId="1267BA5A" w14:textId="40ACFE1B" w:rsidR="007733E1" w:rsidRDefault="00000000">
            <w:pPr>
              <w:spacing w:after="0"/>
              <w:rPr>
                <w:rFonts w:hint="eastAsia"/>
              </w:rPr>
            </w:pPr>
            <w:r>
              <w:t>Tools</w:t>
            </w:r>
          </w:p>
        </w:tc>
        <w:tc>
          <w:tcPr>
            <w:tcW w:w="8496" w:type="dxa"/>
            <w:vAlign w:val="center"/>
          </w:tcPr>
          <w:p w14:paraId="6381D4D0" w14:textId="06CE21FB" w:rsidR="0083393E" w:rsidRDefault="00000000">
            <w:pPr>
              <w:spacing w:after="0"/>
            </w:pPr>
            <w:r>
              <w:t>MySQL, MongoDB</w:t>
            </w:r>
          </w:p>
          <w:p w14:paraId="3064CB2A" w14:textId="20491C6C" w:rsidR="0083393E" w:rsidRDefault="00000000">
            <w:pPr>
              <w:spacing w:after="0"/>
              <w:rPr>
                <w:rFonts w:hint="eastAsia"/>
              </w:rPr>
            </w:pPr>
            <w:r>
              <w:t xml:space="preserve">Git, GitHub, </w:t>
            </w:r>
            <w:proofErr w:type="spellStart"/>
            <w:r>
              <w:t>Vercel</w:t>
            </w:r>
            <w:proofErr w:type="spellEnd"/>
            <w:r>
              <w:t>, Render</w:t>
            </w:r>
          </w:p>
        </w:tc>
      </w:tr>
    </w:tbl>
    <w:p w14:paraId="7924E12B" w14:textId="77777777" w:rsidR="0083393E" w:rsidRDefault="0083393E">
      <w:pPr>
        <w:spacing w:before="100"/>
        <w:rPr>
          <w:b/>
          <w:color w:val="1F4E79"/>
          <w:sz w:val="21"/>
        </w:rPr>
      </w:pPr>
    </w:p>
    <w:p w14:paraId="2421204D" w14:textId="2FD42890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CYBERSECURITY-RELEVANT PROJECTS</w:t>
      </w:r>
    </w:p>
    <w:p w14:paraId="25E0FECB" w14:textId="77777777" w:rsidR="007733E1" w:rsidRDefault="00000000">
      <w:pPr>
        <w:spacing w:after="0"/>
        <w:rPr>
          <w:rFonts w:hint="eastAsia"/>
        </w:rPr>
      </w:pPr>
      <w:r>
        <w:rPr>
          <w:b/>
          <w:sz w:val="20"/>
        </w:rPr>
        <w:t>PORT SCANNER</w:t>
      </w:r>
      <w:r>
        <w:rPr>
          <w:i/>
        </w:rPr>
        <w:t xml:space="preserve">  |  Python, Socket Programming, TCP Networking</w:t>
      </w:r>
    </w:p>
    <w:p w14:paraId="439B7CE6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Built a Python-based TCP port scanner for identifying open ports on target hosts during network security analysis.</w:t>
      </w:r>
    </w:p>
    <w:p w14:paraId="3F136483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Implemented hostname, IPv4 and IPv6 scanning with customizable port ranges.</w:t>
      </w:r>
    </w:p>
    <w:p w14:paraId="6603D113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Added command-line and interactive execution modes with input validation, error handling, and scan-duration reporting.</w:t>
      </w:r>
    </w:p>
    <w:p w14:paraId="3B78BDCA" w14:textId="77777777" w:rsidR="007733E1" w:rsidRDefault="00000000">
      <w:pPr>
        <w:spacing w:after="60"/>
        <w:rPr>
          <w:rFonts w:hint="eastAsia"/>
        </w:rPr>
      </w:pPr>
      <w:r>
        <w:t xml:space="preserve">Project: </w:t>
      </w:r>
      <w:hyperlink r:id="rId8">
        <w:r>
          <w:rPr>
            <w:color w:val="1F4E79"/>
            <w:u w:val="single"/>
          </w:rPr>
          <w:t>GitHub Repository</w:t>
        </w:r>
      </w:hyperlink>
    </w:p>
    <w:p w14:paraId="2D9BFFBD" w14:textId="77777777" w:rsidR="007733E1" w:rsidRDefault="00000000">
      <w:pPr>
        <w:spacing w:after="0"/>
        <w:rPr>
          <w:rFonts w:hint="eastAsia"/>
        </w:rPr>
      </w:pPr>
      <w:r>
        <w:rPr>
          <w:b/>
          <w:sz w:val="20"/>
        </w:rPr>
        <w:t xml:space="preserve">PASSWORD </w:t>
      </w:r>
      <w:proofErr w:type="gramStart"/>
      <w:r>
        <w:rPr>
          <w:b/>
          <w:sz w:val="20"/>
        </w:rPr>
        <w:t>CHECKER</w:t>
      </w:r>
      <w:r>
        <w:rPr>
          <w:i/>
        </w:rPr>
        <w:t xml:space="preserve">  |</w:t>
      </w:r>
      <w:proofErr w:type="gramEnd"/>
      <w:r>
        <w:rPr>
          <w:i/>
        </w:rPr>
        <w:t xml:space="preserve">  Python </w:t>
      </w:r>
      <w:proofErr w:type="gramStart"/>
      <w:r>
        <w:rPr>
          <w:i/>
        </w:rPr>
        <w:t>CLI  |</w:t>
      </w:r>
      <w:proofErr w:type="gramEnd"/>
      <w:r>
        <w:rPr>
          <w:i/>
        </w:rPr>
        <w:t xml:space="preserve">  Mar 2026</w:t>
      </w:r>
    </w:p>
    <w:p w14:paraId="54AEC828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Built a lightweight password-strength assessment tool in Python to classify password strength levels.</w:t>
      </w:r>
    </w:p>
    <w:p w14:paraId="50417FD8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Implemented secure password input so entered passwords are not displayed on screen.</w:t>
      </w:r>
    </w:p>
    <w:p w14:paraId="7BD26F16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Provided actionable feedback to help users improve password security.</w:t>
      </w:r>
    </w:p>
    <w:p w14:paraId="52FC953A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Designed the tool without external dependencies for simple and portable execution.</w:t>
      </w:r>
    </w:p>
    <w:p w14:paraId="3EF5C430" w14:textId="77777777" w:rsidR="007733E1" w:rsidRDefault="00000000">
      <w:pPr>
        <w:spacing w:after="60"/>
        <w:rPr>
          <w:rFonts w:hint="eastAsia"/>
        </w:rPr>
      </w:pPr>
      <w:r>
        <w:t xml:space="preserve">Project: </w:t>
      </w:r>
      <w:hyperlink r:id="rId9">
        <w:r>
          <w:rPr>
            <w:color w:val="1F4E79"/>
            <w:u w:val="single"/>
          </w:rPr>
          <w:t>GitHub Repository</w:t>
        </w:r>
      </w:hyperlink>
    </w:p>
    <w:p w14:paraId="75743169" w14:textId="77777777" w:rsidR="007733E1" w:rsidRDefault="00000000">
      <w:pPr>
        <w:spacing w:after="0"/>
        <w:rPr>
          <w:rFonts w:hint="eastAsia"/>
        </w:rPr>
      </w:pPr>
      <w:r>
        <w:rPr>
          <w:b/>
          <w:sz w:val="20"/>
        </w:rPr>
        <w:t>STUDENT RESULT MANAGEMENT SYSTEM</w:t>
      </w:r>
      <w:r>
        <w:rPr>
          <w:i/>
        </w:rPr>
        <w:t xml:space="preserve">  |  Python, Tkinter, MySQL  |  Jan 2026</w:t>
      </w:r>
    </w:p>
    <w:p w14:paraId="05989065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Built a database-driven application with login and registration functionality for controlled access.</w:t>
      </w:r>
    </w:p>
    <w:p w14:paraId="48E820EC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Managed student, course, and result data using MySQL.</w:t>
      </w:r>
    </w:p>
    <w:p w14:paraId="0C43DA59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Applied Python and GUI development to create a practical management system.</w:t>
      </w:r>
    </w:p>
    <w:p w14:paraId="007AA2B7" w14:textId="2604E090" w:rsidR="0083393E" w:rsidRDefault="00000000" w:rsidP="0083393E">
      <w:pPr>
        <w:spacing w:after="60"/>
      </w:pPr>
      <w:r>
        <w:t xml:space="preserve">Project: </w:t>
      </w:r>
      <w:hyperlink r:id="rId10">
        <w:r>
          <w:rPr>
            <w:color w:val="1F4E79"/>
            <w:u w:val="single"/>
          </w:rPr>
          <w:t>GitHub Repository</w:t>
        </w:r>
      </w:hyperlink>
    </w:p>
    <w:p w14:paraId="68556E0E" w14:textId="77777777" w:rsidR="0083393E" w:rsidRDefault="0083393E" w:rsidP="0083393E">
      <w:pPr>
        <w:spacing w:after="60"/>
        <w:rPr>
          <w:rFonts w:hint="eastAsia"/>
        </w:rPr>
      </w:pPr>
    </w:p>
    <w:p w14:paraId="7714661D" w14:textId="77777777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EDUCATION</w:t>
      </w:r>
    </w:p>
    <w:p w14:paraId="649E6F6D" w14:textId="77777777" w:rsidR="007733E1" w:rsidRDefault="00000000">
      <w:pPr>
        <w:spacing w:after="0"/>
        <w:rPr>
          <w:rFonts w:hint="eastAsia"/>
        </w:rPr>
      </w:pPr>
      <w:r>
        <w:rPr>
          <w:b/>
        </w:rPr>
        <w:t>B.Tech – Computer Science Engineering</w:t>
      </w:r>
      <w:r>
        <w:t xml:space="preserve">  |  2024–2028  |  CGPA: 8.6/10</w:t>
      </w:r>
    </w:p>
    <w:p w14:paraId="2D25A368" w14:textId="77777777" w:rsidR="007733E1" w:rsidRDefault="00000000">
      <w:pPr>
        <w:spacing w:after="60"/>
      </w:pPr>
      <w:r>
        <w:t>Ajay Binay Institute of Technology, Cuttack</w:t>
      </w:r>
    </w:p>
    <w:p w14:paraId="37054960" w14:textId="77777777" w:rsidR="0083393E" w:rsidRDefault="0083393E">
      <w:pPr>
        <w:spacing w:after="60"/>
        <w:rPr>
          <w:rFonts w:hint="eastAsia"/>
        </w:rPr>
      </w:pPr>
    </w:p>
    <w:p w14:paraId="17FA9B75" w14:textId="77777777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CERTIFICATION</w:t>
      </w:r>
    </w:p>
    <w:p w14:paraId="042AA6B5" w14:textId="77777777" w:rsidR="007733E1" w:rsidRDefault="00000000">
      <w:pPr>
        <w:spacing w:after="20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Python Certification – University of Michigan | Completed March 2026</w:t>
      </w:r>
    </w:p>
    <w:p w14:paraId="734A2101" w14:textId="77777777" w:rsidR="007733E1" w:rsidRDefault="00000000">
      <w:pPr>
        <w:ind w:left="230" w:hanging="173"/>
        <w:rPr>
          <w:rFonts w:hint="eastAsia"/>
        </w:rPr>
      </w:pPr>
      <w:r>
        <w:rPr>
          <w:b/>
        </w:rPr>
        <w:t>• Cyber Security Industrial Training – Central Tool Room &amp; Training Centre (CTTC), Bhubaneswar</w:t>
      </w:r>
      <w:r>
        <w:t xml:space="preserve"> | 16 June 2026 – 15 July 2026</w:t>
      </w:r>
    </w:p>
    <w:p w14:paraId="7DE1067D" w14:textId="77777777" w:rsidR="007733E1" w:rsidRDefault="00000000">
      <w:pPr>
        <w:spacing w:after="60"/>
        <w:ind w:left="230"/>
      </w:pPr>
      <w:r>
        <w:t>• Completed industrial training in Cyber Security and received training exposure to practical aspects of engineering/software training.</w:t>
      </w:r>
    </w:p>
    <w:p w14:paraId="39E73A56" w14:textId="77777777" w:rsidR="0083393E" w:rsidRDefault="0083393E">
      <w:pPr>
        <w:spacing w:after="60"/>
        <w:ind w:left="230"/>
        <w:rPr>
          <w:rFonts w:hint="eastAsia"/>
        </w:rPr>
      </w:pPr>
    </w:p>
    <w:p w14:paraId="3CC2F59A" w14:textId="77777777" w:rsidR="007733E1" w:rsidRDefault="00000000">
      <w:pPr>
        <w:spacing w:before="100"/>
        <w:rPr>
          <w:rFonts w:hint="eastAsia"/>
        </w:rPr>
      </w:pPr>
      <w:r>
        <w:rPr>
          <w:b/>
          <w:color w:val="1F4E79"/>
          <w:sz w:val="21"/>
        </w:rPr>
        <w:t>LANGUAGES</w:t>
      </w:r>
    </w:p>
    <w:p w14:paraId="1E54E918" w14:textId="77777777" w:rsidR="007733E1" w:rsidRDefault="00000000">
      <w:pPr>
        <w:rPr>
          <w:rFonts w:hint="eastAsia"/>
        </w:rPr>
      </w:pPr>
      <w:r>
        <w:t>English  |  Hindi  |  Odia</w:t>
      </w:r>
    </w:p>
    <w:sectPr w:rsidR="007733E1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278865">
    <w:abstractNumId w:val="8"/>
  </w:num>
  <w:num w:numId="2" w16cid:durableId="1969698768">
    <w:abstractNumId w:val="6"/>
  </w:num>
  <w:num w:numId="3" w16cid:durableId="3554759">
    <w:abstractNumId w:val="5"/>
  </w:num>
  <w:num w:numId="4" w16cid:durableId="1610889760">
    <w:abstractNumId w:val="4"/>
  </w:num>
  <w:num w:numId="5" w16cid:durableId="1298726978">
    <w:abstractNumId w:val="7"/>
  </w:num>
  <w:num w:numId="6" w16cid:durableId="440074298">
    <w:abstractNumId w:val="3"/>
  </w:num>
  <w:num w:numId="7" w16cid:durableId="1319580441">
    <w:abstractNumId w:val="2"/>
  </w:num>
  <w:num w:numId="8" w16cid:durableId="629242878">
    <w:abstractNumId w:val="1"/>
  </w:num>
  <w:num w:numId="9" w16cid:durableId="137022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33E1"/>
    <w:rsid w:val="0083393E"/>
    <w:rsid w:val="00AA1D8D"/>
    <w:rsid w:val="00B2153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E2FC1"/>
  <w14:defaultImageDpi w14:val="300"/>
  <w15:docId w15:val="{B627D4E7-0A65-456B-85D7-F3792EC6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HimanshuKumarRout/PORT-SCANNE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himanshurout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HimanshuKumarRou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HimanshuKumarRout/STUDENT-RESULT-MANAGEMENT-SYSTE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thub.com/HimanshuKumarRout/PASSWORD-CHEC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HIMANSHU KUMAR ROUT</cp:lastModifiedBy>
  <cp:revision>2</cp:revision>
  <dcterms:created xsi:type="dcterms:W3CDTF">2013-12-23T23:15:00Z</dcterms:created>
  <dcterms:modified xsi:type="dcterms:W3CDTF">2026-08-10T14:29:00Z</dcterms:modified>
  <cp:category/>
</cp:coreProperties>
</file>